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Evaluación del plan de trabajo de grado I</w:t>
      </w:r>
    </w:p>
    <w:p>
      <w:pPr>
        <w:spacing w:after="240"/>
        <w:jc w:val="center"/>
      </w:pPr>
      <w:r>
        <w:rPr>
          <w:sz w:val="16"/>
        </w:rPr>
        <w:t>TG-F03  |  Versión 6  |  Formato operativo de Coordinación</w:t>
      </w:r>
    </w:p>
    <w:p>
      <w:pPr>
        <w:jc w:val="center"/>
      </w:pPr>
      <w:r>
        <w:t>La evaluación verifica que el plan proponga una solución a un problema o necesidad, aplique los conocimientos del programa y sea realizable con los plazos y recursos disponibles.</w:t>
      </w:r>
    </w:p>
    <w:p>
      <w:pPr>
        <w:keepLines/>
        <w:jc w:val="center"/>
      </w:pPr>
      <w:r>
        <w:t>Fecha     |     Entrega y ronda     |     Referencia de rúbrica</w:t>
        <w:br/>
        <w:t>________________________________________________________________</w:t>
      </w:r>
    </w:p>
    <w:p>
      <w:pPr>
        <w:keepLines/>
        <w:jc w:val="center"/>
      </w:pPr>
      <w:r>
        <w:t>Título del trabajo</w:t>
        <w:br/>
        <w:t>________________________________________________________________</w:t>
      </w:r>
    </w:p>
    <w:p>
      <w:pPr>
        <w:keepLines/>
        <w:jc w:val="center"/>
      </w:pPr>
      <w:r>
        <w:t>Estudiantes y códigos académicos</w:t>
        <w:br/>
        <w:t>________________________________________________________________</w:t>
      </w:r>
    </w:p>
    <w:p>
      <w:pPr>
        <w:keepLines/>
        <w:jc w:val="center"/>
      </w:pPr>
      <w:r>
        <w:t>Expediente TG     |     Semestre     |     Sede y grupo</w:t>
        <w:br/>
        <w:t>________________________________________________________________</w:t>
      </w:r>
    </w:p>
    <w:p>
      <w:pPr>
        <w:keepLines/>
        <w:jc w:val="center"/>
      </w:pPr>
      <w:r>
        <w:t>Nombre del evaluador     |     Función asignada</w:t>
        <w:br/>
        <w:t>________________________________________________________________</w:t>
      </w:r>
    </w:p>
    <w:p>
      <w:pPr>
        <w:jc w:val="center"/>
      </w:pPr>
      <w:r>
        <w:t>Lea todos los criterios antes de evaluar. Valore el desempeño evidenciado y explique las correcciones requeridas. La sustentación del plan corresponde al Comité.</w:t>
      </w:r>
    </w:p>
    <w:p>
      <w:pPr>
        <w:jc w:val="center"/>
      </w:pPr>
      <w:r>
        <w:t>Escala: 5 Excelente · 4 Buena · 3 Aceptable · 2 Mala · 1 Muy mala · 0 Pésima · N.A. No aplica, con justificación.</w:t>
      </w:r>
    </w:p>
    <w:p>
      <w:pPr>
        <w:pStyle w:val="Heading1"/>
        <w:jc w:val="center"/>
      </w:pPr>
      <w:r>
        <w:t>Evaluación documental por el evaluador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17"/>
        <w:gridCol w:w="7994"/>
      </w:tblGrid>
      <w:tr>
        <w:trPr>
          <w:cantSplit/>
          <w:tblHeader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Nota 0 a 5 o N.A.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Aspecto evaluado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1. Identificación del problema o necesidad. Define claramente el problema a solucionar o la necesidad a satisfacer.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2. Objetivos de la investigación. Indica logros directos y evaluables coherentes con la finalidad de la investigación.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3. Justificación. Argumenta la necesidad del estudio y sus aportes teóricos y prácticos; explica por qué y para qué se realiza.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4. Viabilidad de la investigación. Considera la disponibilidad de recursos financieros, humanos y materiales y los alcances posibles.</w:t>
            </w:r>
          </w:p>
        </w:tc>
      </w:tr>
    </w:tbl>
    <w:p>
      <w:pPr>
        <w:jc w:val="center"/>
      </w:pPr>
    </w:p>
    <w:p>
      <w:r>
        <w:br w:type="page"/>
      </w:r>
    </w:p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Evaluación del plan de trabajo de grado I</w:t>
      </w:r>
    </w:p>
    <w:p>
      <w:pPr>
        <w:spacing w:after="240"/>
        <w:jc w:val="center"/>
      </w:pPr>
      <w:r>
        <w:rPr>
          <w:sz w:val="16"/>
        </w:rPr>
        <w:t>TG-F03  |  Versión 6  |  Formato operativo de Coordinación</w:t>
      </w:r>
    </w:p>
    <w:p>
      <w:pPr>
        <w:keepLines/>
        <w:jc w:val="center"/>
      </w:pPr>
      <w:r>
        <w:t>Expediente TG     |     Título abreviado</w:t>
        <w:br/>
        <w:t>________________________________________________________________</w:t>
      </w:r>
    </w:p>
    <w:p>
      <w:pPr>
        <w:pStyle w:val="Heading1"/>
        <w:jc w:val="center"/>
      </w:pPr>
      <w:r>
        <w:t>Evaluación documental continuación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17"/>
        <w:gridCol w:w="7994"/>
      </w:tblGrid>
      <w:tr>
        <w:trPr>
          <w:cantSplit/>
          <w:tblHeader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Nota 0 a 5 o N.A.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Aspecto evaluado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5. Revisión de literatura y marco teórico. Sustenta el estudio mediante detección, consulta y análisis de literatura pertinente.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6. Diseño metodológico. Explica diseño, premisas, limitaciones, métodos y técnicas, y justifica cómo se aplicarán.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7. Impacto. Explica la contribución académica o tecnológica y la utilización de resultados en el sector productivo, la región o el país.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8. Organización del documento del plan. Presenta secciones estructuradas y conectadas y anexos relevantes para valorar el plan.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9. Presentación general del documento del plan. Usa redacción, ortografía, gramática, tablas, figuras, citas y referencias de manera correcta y consistente.</w:t>
            </w:r>
          </w:p>
        </w:tc>
      </w:tr>
    </w:tbl>
    <w:p>
      <w:pPr>
        <w:jc w:val="center"/>
      </w:pPr>
    </w:p>
    <w:p>
      <w:pPr>
        <w:keepLines/>
        <w:jc w:val="center"/>
      </w:pPr>
      <w:r>
        <w:t>Promedio documental de los criterios aplicables 1 a 9</w:t>
        <w:br/>
        <w:t>________________________________________________________________</w:t>
      </w:r>
    </w:p>
    <w:p>
      <w:pPr>
        <w:jc w:val="center"/>
      </w:pPr>
      <w:r>
        <w:t>Sume las notas documentales aplicables y divida entre su cantidad. Un N.A. no equivale a cero. Este promedio documental es provisional y no incluye la sustentación.</w:t>
      </w:r>
    </w:p>
    <w:p>
      <w:r>
        <w:br w:type="page"/>
      </w:r>
    </w:p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Evaluación del plan de trabajo de grado I</w:t>
      </w:r>
    </w:p>
    <w:p>
      <w:pPr>
        <w:spacing w:after="240"/>
        <w:jc w:val="center"/>
      </w:pPr>
      <w:r>
        <w:rPr>
          <w:sz w:val="16"/>
        </w:rPr>
        <w:t>TG-F03  |  Versión 6  |  Formato operativo de Coordinación</w:t>
      </w:r>
    </w:p>
    <w:p>
      <w:pPr>
        <w:keepLines/>
        <w:jc w:val="center"/>
      </w:pPr>
      <w:r>
        <w:t>Expediente TG     |     Evaluador     |     Fecha</w:t>
        <w:br/>
        <w:t>________________________________________________________________</w:t>
      </w:r>
    </w:p>
    <w:p>
      <w:pPr>
        <w:pStyle w:val="Heading1"/>
        <w:jc w:val="center"/>
      </w:pPr>
      <w:r>
        <w:t>Evaluación de la sustentación por el Comité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17"/>
        <w:gridCol w:w="7994"/>
      </w:tblGrid>
      <w:tr>
        <w:trPr>
          <w:cantSplit/>
          <w:tblHeader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Nota 0 a 5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Aspecto evaluado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994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10. Presentación de la sustentación del plan. Administra los 10 minutos asignados, demuestra dominio del tema y responde las preguntas, inquietudes y comentarios del jurado.</w:t>
            </w:r>
          </w:p>
        </w:tc>
      </w:tr>
    </w:tbl>
    <w:p>
      <w:pPr>
        <w:jc w:val="center"/>
      </w:pPr>
    </w:p>
    <w:p>
      <w:pPr>
        <w:keepLines/>
        <w:jc w:val="center"/>
      </w:pPr>
      <w:r>
        <w:t>Acta y fecha de la decisión del Comité</w:t>
        <w:br/>
        <w:t>________________________________________________________________</w:t>
      </w:r>
    </w:p>
    <w:p>
      <w:pPr>
        <w:pStyle w:val="Heading1"/>
        <w:jc w:val="center"/>
      </w:pPr>
      <w:r>
        <w:t>Resultado de la evaluación</w:t>
      </w:r>
    </w:p>
    <w:p>
      <w:pPr>
        <w:keepLines/>
        <w:jc w:val="center"/>
      </w:pPr>
      <w:r>
        <w:t>Suma de notas aplicables     |     Cantidad de criterios aplicables</w:t>
        <w:br/>
        <w:t>________________________________________________________________</w:t>
      </w:r>
    </w:p>
    <w:p>
      <w:pPr>
        <w:keepLines/>
        <w:jc w:val="center"/>
      </w:pPr>
      <w:r>
        <w:t>Promedio total     |     Concepto</w:t>
        <w:br/>
        <w:t>________________________________________________________________</w:t>
      </w:r>
    </w:p>
    <w:p>
      <w:pPr>
        <w:jc w:val="center"/>
      </w:pPr>
      <w:r>
        <w:t>Promedio total = suma de las notas aplicables de los criterios 1 a 10 / cantidad de criterios aplicables. Una nota mayor o igual a 3,5 equivale a aprobado y se hace efectiva cuando se entrega el plan con las correcciones requeridas. El criterio 10 es obligatorio.</w:t>
      </w:r>
    </w:p>
    <w:p>
      <w:pPr>
        <w:pStyle w:val="Heading1"/>
        <w:jc w:val="center"/>
      </w:pPr>
      <w:r>
        <w:t>Observaciones y sugerencias específicas</w:t>
      </w:r>
    </w:p>
    <w:p>
      <w:pPr>
        <w:jc w:val="center"/>
      </w:pPr>
      <w:r>
        <w:t>Indique apartado o página, hallazgo y ajuste solicitado. Incluya aquí las justificaciones de los criterios marcados N.A. Amplíe el espacio si lo necesita.</w:t>
      </w:r>
    </w:p>
    <w:p>
      <w:pPr>
        <w:spacing w:after="0" w:line="1500" w:lineRule="exact"/>
        <w:jc w:val="center"/>
      </w:pPr>
    </w:p>
    <w:p>
      <w:pPr>
        <w:keepLines/>
        <w:jc w:val="center"/>
      </w:pPr>
      <w:r>
        <w:t>Verificación de correcciones     |     Responsable     |     Fecha</w:t>
        <w:br/>
        <w:t>________________________________________________________________</w:t>
      </w:r>
    </w:p>
    <w:p>
      <w:pPr>
        <w:jc w:val="center"/>
      </w:pPr>
      <w:r>
        <w:t>Registro sin firma manuscrita cuando se diligencia en el sistema: se conservan cuenta responsable, fecha, ronda y referencia del acta. Formato adaptado del modelo suministrado por Coordinación; no acredita aprobación institucional de esta adaptación.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Trabajos de Grado Agroindustrial  |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60" w:line="260" w:lineRule="exact" w:before="0"/>
      <w:jc w:val="center"/>
    </w:pPr>
    <w:rPr>
      <w:rFonts w:ascii="Humanst521 BT" w:hAnsi="Humanst521 BT" w:cs="Humanst521 BT" w:eastAsia="Humanst521 BT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160" w:line="260" w:lineRule="exact"/>
      <w:jc w:val="center"/>
      <w:outlineLvl w:val="0"/>
    </w:pPr>
    <w:rPr>
      <w:rFonts w:cstheme="majorBidi" w:ascii="Humanst521 BT" w:hAnsi="Humanst521 BT" w:cs="Humanst521 BT" w:eastAsia="Humanst521 BT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160" w:line="260" w:lineRule="exact"/>
      <w:jc w:val="center"/>
      <w:outlineLvl w:val="1"/>
    </w:pPr>
    <w:rPr>
      <w:rFonts w:cstheme="majorBidi" w:ascii="Humanst521 BT" w:hAnsi="Humanst521 BT" w:cs="Humanst521 BT" w:eastAsia="Humanst521 BT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160" w:line="260" w:lineRule="exact" w:before="0"/>
      <w:contextualSpacing/>
      <w:jc w:val="center"/>
    </w:pPr>
    <w:rPr>
      <w:rFonts w:cstheme="majorBidi" w:ascii="Humanst521 BT" w:hAnsi="Humanst521 BT" w:cs="Humanst521 BT" w:eastAsia="Humanst521 BT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plan de trabajo de grado I</dc:title>
  <dc:subject/>
  <dc:creator>Coordinación de Trabajos de Grado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