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Propuesta y plan de trabajo de grado I</w:t>
      </w:r>
    </w:p>
    <w:p>
      <w:pPr>
        <w:spacing w:after="240"/>
        <w:jc w:val="center"/>
      </w:pPr>
      <w:r>
        <w:rPr>
          <w:sz w:val="16"/>
        </w:rPr>
        <w:t>TG-F01  |  Versión 5  |  Formato operativo de Coordinación</w:t>
      </w:r>
    </w:p>
    <w:p>
      <w:pPr>
        <w:jc w:val="center"/>
      </w:pPr>
      <w:r>
        <w:t>Complete esta estructura con orientación de su director. Conserve los apartados y amplíe el espacio necesario. Entregue el plan desarrollado en PDF; la ficha inicial del sistema se diligencia por separado.</w:t>
      </w:r>
    </w:p>
    <w:p>
      <w:pPr>
        <w:keepLines/>
        <w:jc w:val="center"/>
      </w:pPr>
      <w:r>
        <w:t>Sede y grupo     |     Semestre     |     Fecha     |     Versión</w:t>
        <w:br/>
        <w:t>________________________________________________________________</w:t>
      </w:r>
    </w:p>
    <w:p>
      <w:pPr>
        <w:pStyle w:val="Heading1"/>
        <w:jc w:val="center"/>
      </w:pPr>
      <w:r>
        <w:t>1 Título</w:t>
      </w:r>
    </w:p>
    <w:p>
      <w:pPr>
        <w:keepLines/>
        <w:jc w:val="center"/>
      </w:pPr>
      <w:r>
        <w:t>Título de la propuesta</w:t>
        <w:br/>
        <w:t>________________________________________________________________</w:t>
      </w:r>
    </w:p>
    <w:p>
      <w:pPr>
        <w:pStyle w:val="Heading1"/>
        <w:jc w:val="center"/>
      </w:pPr>
      <w:r>
        <w:t>2 Autores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Nombre completo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Código académico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Correo institucional</w:t>
            </w:r>
          </w:p>
        </w:tc>
      </w:tr>
      <w:tr>
        <w:trPr>
          <w:cantSplit/>
        </w:trPr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13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>
      <w:pPr>
        <w:jc w:val="center"/>
      </w:pPr>
    </w:p>
    <w:p>
      <w:pPr>
        <w:pStyle w:val="Heading1"/>
        <w:jc w:val="center"/>
      </w:pPr>
      <w:r>
        <w:t>3 Modalidad de trabajo de grado</w:t>
      </w:r>
    </w:p>
    <w:p>
      <w:pPr>
        <w:keepLines/>
        <w:jc w:val="center"/>
      </w:pPr>
      <w:r>
        <w:t>Modalidad autorizada y referencia de aprobación aplicable</w:t>
        <w:br/>
        <w:t>________________________________________________________________</w:t>
      </w:r>
    </w:p>
    <w:p>
      <w:pPr>
        <w:pStyle w:val="Heading1"/>
        <w:jc w:val="center"/>
      </w:pPr>
      <w:r>
        <w:t>4 Descripción del problema de investigación</w:t>
      </w:r>
    </w:p>
    <w:p>
      <w:pPr>
        <w:jc w:val="center"/>
      </w:pPr>
      <w:r>
        <w:t>Delimite el problema, su contexto, la población o unidad de análisis y la pregunta que orienta el trabajo.</w:t>
      </w:r>
    </w:p>
    <w:p>
      <w:pPr>
        <w:spacing w:after="0" w:line="1080" w:lineRule="exact"/>
        <w:jc w:val="center"/>
      </w:pPr>
    </w:p>
    <w:p>
      <w:pPr>
        <w:pStyle w:val="Heading1"/>
        <w:jc w:val="center"/>
      </w:pPr>
      <w:r>
        <w:t>5 Justificación</w:t>
      </w:r>
    </w:p>
    <w:p>
      <w:pPr>
        <w:jc w:val="center"/>
      </w:pPr>
      <w:r>
        <w:t>Explique pertinencia, beneficiarios y contribución al programa o al sector agroindustrial.</w:t>
      </w:r>
    </w:p>
    <w:p>
      <w:pPr>
        <w:spacing w:after="0" w:line="800" w:lineRule="exact"/>
        <w:jc w:val="center"/>
      </w:pPr>
    </w:p>
    <w:p>
      <w:r>
        <w:br w:type="page"/>
      </w:r>
    </w:p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Propuesta y plan de trabajo de grado I</w:t>
      </w:r>
    </w:p>
    <w:p>
      <w:pPr>
        <w:spacing w:after="240"/>
        <w:jc w:val="center"/>
      </w:pPr>
      <w:r>
        <w:rPr>
          <w:sz w:val="16"/>
        </w:rPr>
        <w:t>TG-F01  |  Versión 5  |  Formato operativo de Coordinación</w:t>
      </w:r>
    </w:p>
    <w:p>
      <w:pPr>
        <w:pStyle w:val="Heading1"/>
        <w:jc w:val="center"/>
      </w:pPr>
      <w:r>
        <w:t>6 Marco teórico</w:t>
      </w:r>
    </w:p>
    <w:p>
      <w:pPr>
        <w:jc w:val="center"/>
      </w:pPr>
      <w:r>
        <w:t>Desarrolle los conceptos, antecedentes y referentes que sustentan el proyecto, con citas verificables.</w:t>
      </w:r>
    </w:p>
    <w:p>
      <w:pPr>
        <w:spacing w:after="0" w:line="2200" w:lineRule="exact"/>
        <w:jc w:val="center"/>
      </w:pPr>
    </w:p>
    <w:p>
      <w:pPr>
        <w:pStyle w:val="Heading1"/>
        <w:jc w:val="center"/>
      </w:pPr>
      <w:r>
        <w:t>7 Objetivos</w:t>
      </w:r>
    </w:p>
    <w:p>
      <w:pPr>
        <w:pStyle w:val="Heading1"/>
        <w:jc w:val="center"/>
      </w:pPr>
      <w:r>
        <w:t>7 1 Objetivo general</w:t>
      </w:r>
    </w:p>
    <w:p>
      <w:pPr>
        <w:keepLines/>
        <w:jc w:val="center"/>
      </w:pPr>
      <w:r>
        <w:t>Resultado principal que se propone alcanzar</w:t>
        <w:br/>
        <w:t>________________________________________________________________</w:t>
      </w:r>
    </w:p>
    <w:p>
      <w:pPr>
        <w:pStyle w:val="Heading1"/>
        <w:jc w:val="center"/>
      </w:pPr>
      <w:r>
        <w:t>7 2 Objetivos específicos</w:t>
      </w:r>
    </w:p>
    <w:p>
      <w:pPr>
        <w:jc w:val="center"/>
      </w:pPr>
      <w:r>
        <w:t>Formule objetivos concretos y coherentes con el objetivo general y la metodología.</w:t>
      </w:r>
    </w:p>
    <w:p>
      <w:pPr>
        <w:spacing w:after="0" w:line="1400" w:lineRule="exact"/>
        <w:jc w:val="center"/>
      </w:pPr>
    </w:p>
    <w:p>
      <w:pPr>
        <w:pStyle w:val="Heading1"/>
        <w:jc w:val="center"/>
      </w:pPr>
      <w:r>
        <w:t>8 Resultados esperados</w:t>
      </w:r>
    </w:p>
    <w:p>
      <w:pPr>
        <w:jc w:val="center"/>
      </w:pPr>
      <w:r>
        <w:t>Identifique productos, evidencias e indicadores de cumplimiento.</w:t>
      </w:r>
    </w:p>
    <w:p>
      <w:pPr>
        <w:spacing w:after="0" w:line="1500" w:lineRule="exact"/>
        <w:jc w:val="center"/>
      </w:pPr>
    </w:p>
    <w:p>
      <w:r>
        <w:br w:type="page"/>
      </w:r>
    </w:p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Propuesta y plan de trabajo de grado I</w:t>
      </w:r>
    </w:p>
    <w:p>
      <w:pPr>
        <w:spacing w:after="240"/>
        <w:jc w:val="center"/>
      </w:pPr>
      <w:r>
        <w:rPr>
          <w:sz w:val="16"/>
        </w:rPr>
        <w:t>TG-F01  |  Versión 5  |  Formato operativo de Coordinación</w:t>
      </w:r>
    </w:p>
    <w:p>
      <w:pPr>
        <w:pStyle w:val="Heading1"/>
        <w:jc w:val="center"/>
      </w:pPr>
      <w:r>
        <w:t>9 Metodología</w:t>
      </w:r>
    </w:p>
    <w:p>
      <w:pPr>
        <w:jc w:val="center"/>
      </w:pPr>
      <w:r>
        <w:t>Describa enfoque, etapas, técnicas, participantes o fuentes, análisis de información y cronograma. Incluya consideraciones éticas cuando correspondan.</w:t>
      </w:r>
    </w:p>
    <w:p>
      <w:pPr>
        <w:spacing w:after="0" w:line="1600" w:lineRule="exact"/>
        <w:jc w:val="center"/>
      </w:pPr>
    </w:p>
    <w:p>
      <w:pPr>
        <w:pStyle w:val="Heading1"/>
        <w:jc w:val="center"/>
      </w:pPr>
      <w:r>
        <w:t>10 Posibles colaboradores</w:t>
      </w:r>
    </w:p>
    <w:p>
      <w:pPr>
        <w:keepLines/>
        <w:jc w:val="center"/>
      </w:pPr>
      <w:r>
        <w:t>Personas o entidades y contribución prevista</w:t>
        <w:br/>
        <w:t>________________________________________________________________</w:t>
      </w:r>
    </w:p>
    <w:p>
      <w:pPr>
        <w:pStyle w:val="Heading1"/>
        <w:jc w:val="center"/>
      </w:pPr>
      <w:r>
        <w:t>11 Recursos disponibles</w:t>
      </w:r>
    </w:p>
    <w:p>
      <w:pPr>
        <w:jc w:val="center"/>
      </w:pPr>
      <w:r>
        <w:t>Relacione recursos humanos, técnicos y financieros; identifique disponibilidad y necesidades.</w:t>
      </w:r>
    </w:p>
    <w:p>
      <w:pPr>
        <w:spacing w:after="0" w:line="1000" w:lineRule="exact"/>
        <w:jc w:val="center"/>
      </w:pPr>
    </w:p>
    <w:p>
      <w:pPr>
        <w:pStyle w:val="Heading1"/>
        <w:jc w:val="center"/>
      </w:pPr>
      <w:r>
        <w:t>12 Bibliografía</w:t>
      </w:r>
    </w:p>
    <w:p>
      <w:pPr>
        <w:jc w:val="center"/>
      </w:pPr>
      <w:r>
        <w:t>Incluya todas las fuentes citadas y aplique un estilo bibliográfico consistente.</w:t>
      </w:r>
    </w:p>
    <w:p>
      <w:pPr>
        <w:spacing w:after="0" w:line="1300" w:lineRule="exact"/>
        <w:jc w:val="center"/>
      </w:pPr>
    </w:p>
    <w:p>
      <w:pPr>
        <w:pStyle w:val="Heading1"/>
        <w:jc w:val="center"/>
      </w:pPr>
      <w:r>
        <w:t>Registro de entrega y aval</w:t>
      </w:r>
    </w:p>
    <w:p>
      <w:pPr>
        <w:keepLines/>
        <w:jc w:val="center"/>
      </w:pPr>
      <w:r>
        <w:t>Director     |     Identificador de entrega     |     Fecha</w:t>
        <w:br/>
        <w:t>________________________________________________________________</w:t>
      </w:r>
    </w:p>
    <w:p>
      <w:pPr>
        <w:jc w:val="center"/>
      </w:pPr>
      <w:r>
        <w:t>El aval se registra por el director en el sistema y se conserva con la versión entregada. Esta plantilla no acredita por sí sola su aprobación.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Trabajos de Grado Agroindustrial  |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60" w:line="260" w:lineRule="exact" w:before="0"/>
      <w:jc w:val="center"/>
    </w:pPr>
    <w:rPr>
      <w:rFonts w:ascii="Humanst521 BT" w:hAnsi="Humanst521 BT" w:cs="Humanst521 BT" w:eastAsia="Humanst521 BT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160" w:line="260" w:lineRule="exact"/>
      <w:jc w:val="center"/>
      <w:outlineLvl w:val="0"/>
    </w:pPr>
    <w:rPr>
      <w:rFonts w:cstheme="majorBidi" w:ascii="Humanst521 BT" w:hAnsi="Humanst521 BT" w:cs="Humanst521 BT" w:eastAsia="Humanst521 BT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160" w:line="260" w:lineRule="exact"/>
      <w:jc w:val="center"/>
      <w:outlineLvl w:val="1"/>
    </w:pPr>
    <w:rPr>
      <w:rFonts w:cstheme="majorBidi" w:ascii="Humanst521 BT" w:hAnsi="Humanst521 BT" w:cs="Humanst521 BT" w:eastAsia="Humanst521 BT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160" w:line="260" w:lineRule="exact" w:before="0"/>
      <w:contextualSpacing/>
      <w:jc w:val="center"/>
    </w:pPr>
    <w:rPr>
      <w:rFonts w:cstheme="majorBidi" w:ascii="Humanst521 BT" w:hAnsi="Humanst521 BT" w:cs="Humanst521 BT" w:eastAsia="Humanst521 BT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y plan de trabajo de grado I</dc:title>
  <dc:subject/>
  <dc:creator>Coordinación de Trabajos de Grado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